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10915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7146"/>
        <w:gridCol w:w="2209"/>
      </w:tblGrid>
      <w:tr w:rsidR="00844D70" w14:paraId="758337C7" w14:textId="77777777" w:rsidTr="00E5561E">
        <w:tc>
          <w:tcPr>
            <w:tcW w:w="1560" w:type="dxa"/>
          </w:tcPr>
          <w:p w14:paraId="37ED677B" w14:textId="77777777" w:rsidR="00844D70" w:rsidRDefault="00844D70" w:rsidP="00E5561E">
            <w:pPr>
              <w:pStyle w:val="LO-normal"/>
              <w:spacing w:before="72" w:line="204" w:lineRule="auto"/>
              <w:rPr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45FFBFEF" wp14:editId="7F730A5D">
                  <wp:simplePos x="0" y="0"/>
                  <wp:positionH relativeFrom="column">
                    <wp:posOffset>-8254</wp:posOffset>
                  </wp:positionH>
                  <wp:positionV relativeFrom="paragraph">
                    <wp:posOffset>215900</wp:posOffset>
                  </wp:positionV>
                  <wp:extent cx="914400" cy="615950"/>
                  <wp:effectExtent l="0" t="0" r="0" b="0"/>
                  <wp:wrapNone/>
                  <wp:docPr id="18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7897" cy="6183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6" w:type="dxa"/>
          </w:tcPr>
          <w:p w14:paraId="29A799D4" w14:textId="77777777" w:rsidR="00844D70" w:rsidRDefault="00844D70" w:rsidP="00E5561E">
            <w:pPr>
              <w:widowControl w:val="0"/>
              <w:jc w:val="both"/>
              <w:rPr>
                <w:color w:val="000000"/>
              </w:rPr>
            </w:pPr>
          </w:p>
          <w:p w14:paraId="1DC510B7" w14:textId="77777777" w:rsidR="00844D70" w:rsidRDefault="00844D70" w:rsidP="00E5561E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CENTRO DE CIÊNCIAS BIOLÓGICAS E DA SAÚDE</w:t>
            </w:r>
          </w:p>
          <w:p w14:paraId="2C1F06E3" w14:textId="77777777" w:rsidR="00844D70" w:rsidRDefault="00844D70" w:rsidP="00E5561E">
            <w:pPr>
              <w:widowControl w:val="0"/>
              <w:tabs>
                <w:tab w:val="left" w:pos="0"/>
              </w:tabs>
              <w:spacing w:after="57"/>
              <w:jc w:val="both"/>
              <w:rPr>
                <w:color w:val="000000"/>
              </w:rPr>
            </w:pPr>
            <w:r>
              <w:rPr>
                <w:color w:val="000000"/>
              </w:rPr>
              <w:t>DEPARTAMENTO DE MEDICINA E ENFERMAGEM</w:t>
            </w:r>
          </w:p>
          <w:p w14:paraId="3D57F41A" w14:textId="77777777" w:rsidR="00844D70" w:rsidRDefault="00844D70" w:rsidP="00E5561E">
            <w:pPr>
              <w:widowControl w:val="0"/>
              <w:tabs>
                <w:tab w:val="left" w:pos="0"/>
              </w:tabs>
              <w:spacing w:after="57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PROGRAMA DE PÓS GRADUAÇÃO EM CIÊNCIAS DA SAÚDE</w:t>
            </w:r>
          </w:p>
          <w:p w14:paraId="723C67C7" w14:textId="77777777" w:rsidR="00844D70" w:rsidRDefault="00844D70" w:rsidP="00E5561E">
            <w:pPr>
              <w:pStyle w:val="LO-normal"/>
              <w:spacing w:before="72" w:line="204" w:lineRule="auto"/>
              <w:jc w:val="both"/>
              <w:rPr>
                <w:sz w:val="18"/>
                <w:szCs w:val="18"/>
              </w:rPr>
            </w:pPr>
            <w:r>
              <w:rPr>
                <w:i/>
                <w:color w:val="000000"/>
                <w:sz w:val="16"/>
                <w:szCs w:val="16"/>
              </w:rPr>
              <w:t xml:space="preserve">Campus Universitário – Viçosa, MG-36570-900 – Telefone: (31)3612-5512 E-mail: </w:t>
            </w:r>
            <w:hyperlink r:id="rId7">
              <w:r>
                <w:rPr>
                  <w:rStyle w:val="LinkdaInternet"/>
                  <w:i/>
                  <w:color w:val="000000"/>
                  <w:sz w:val="16"/>
                  <w:szCs w:val="16"/>
                </w:rPr>
                <w:t>cienciasdasaude@ufv.br</w:t>
              </w:r>
            </w:hyperlink>
          </w:p>
        </w:tc>
        <w:tc>
          <w:tcPr>
            <w:tcW w:w="2209" w:type="dxa"/>
          </w:tcPr>
          <w:p w14:paraId="1266316F" w14:textId="77777777" w:rsidR="00844D70" w:rsidRDefault="00844D70" w:rsidP="00E5561E">
            <w:pPr>
              <w:pStyle w:val="LO-normal"/>
              <w:spacing w:before="72" w:line="204" w:lineRule="auto"/>
              <w:rPr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7B618A1E" wp14:editId="67FC964F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198120</wp:posOffset>
                  </wp:positionV>
                  <wp:extent cx="1233805" cy="533400"/>
                  <wp:effectExtent l="0" t="0" r="4445" b="0"/>
                  <wp:wrapThrough wrapText="bothSides">
                    <wp:wrapPolygon edited="0">
                      <wp:start x="0" y="0"/>
                      <wp:lineTo x="0" y="20829"/>
                      <wp:lineTo x="21344" y="20829"/>
                      <wp:lineTo x="21344" y="0"/>
                      <wp:lineTo x="0" y="0"/>
                    </wp:wrapPolygon>
                  </wp:wrapThrough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80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14AA181" w14:textId="77777777" w:rsidR="00844D70" w:rsidRDefault="00844D70">
      <w:pPr>
        <w:spacing w:after="40"/>
        <w:jc w:val="center"/>
        <w:rPr>
          <w:rFonts w:ascii="Arial" w:hAnsi="Arial"/>
          <w:b/>
          <w:sz w:val="24"/>
        </w:rPr>
      </w:pPr>
    </w:p>
    <w:p w14:paraId="0F7B9031" w14:textId="10AD438D" w:rsidR="001E4EE3" w:rsidRPr="00844D70" w:rsidRDefault="00844D70" w:rsidP="00844D70">
      <w:pPr>
        <w:spacing w:after="80"/>
      </w:pPr>
      <w:r>
        <w:rPr>
          <w:rFonts w:ascii="Arial" w:hAnsi="Arial"/>
          <w:b/>
          <w:sz w:val="24"/>
        </w:rPr>
        <w:t xml:space="preserve">                    </w:t>
      </w:r>
      <w:r w:rsidR="003B3775" w:rsidRPr="00844D70">
        <w:rPr>
          <w:rFonts w:ascii="Arial" w:hAnsi="Arial"/>
          <w:b/>
          <w:sz w:val="20"/>
        </w:rPr>
        <w:t>PROGRAMA DE PÓS-GRADUAÇÃO EM CIÊNCIAS DA SAÚDE (PPGCS)</w:t>
      </w:r>
    </w:p>
    <w:p w14:paraId="12575775" w14:textId="09CB6E6B" w:rsidR="001E4EE3" w:rsidRPr="00844D70" w:rsidRDefault="003B3775">
      <w:pPr>
        <w:spacing w:after="360"/>
        <w:jc w:val="center"/>
      </w:pPr>
      <w:r w:rsidRPr="00844D70">
        <w:rPr>
          <w:rFonts w:ascii="Arial" w:hAnsi="Arial"/>
          <w:b/>
          <w:sz w:val="24"/>
        </w:rPr>
        <w:t>REQUERIMENTO DE RECURSO</w:t>
      </w:r>
      <w:r w:rsidRPr="00844D70">
        <w:rPr>
          <w:rFonts w:ascii="Arial" w:hAnsi="Arial"/>
          <w:b/>
          <w:sz w:val="24"/>
        </w:rPr>
        <w:br/>
        <w:t>(Processo Seletivo – Edital PPGCS nº 02/2026)</w:t>
      </w:r>
    </w:p>
    <w:p w14:paraId="3BC2EB10" w14:textId="77777777" w:rsidR="001E4EE3" w:rsidRPr="00844D70" w:rsidRDefault="003B3775">
      <w:pPr>
        <w:keepNext/>
        <w:spacing w:before="240" w:after="120"/>
      </w:pPr>
      <w:r w:rsidRPr="00844D70">
        <w:rPr>
          <w:rFonts w:ascii="Arial" w:hAnsi="Arial"/>
          <w:b/>
        </w:rPr>
        <w:t>1. IDENTIFICAÇÃO DO CANDIDATO</w:t>
      </w:r>
    </w:p>
    <w:p w14:paraId="3FC08A32" w14:textId="77777777" w:rsidR="001E4EE3" w:rsidRDefault="003B3775">
      <w:pPr>
        <w:spacing w:after="80"/>
      </w:pPr>
      <w:r>
        <w:rPr>
          <w:b/>
        </w:rPr>
        <w:t xml:space="preserve">Nome Completo: </w:t>
      </w:r>
      <w:r>
        <w:t>_________________________________________________________________________________</w:t>
      </w:r>
    </w:p>
    <w:p w14:paraId="588281A5" w14:textId="77777777" w:rsidR="001E4EE3" w:rsidRDefault="003B3775">
      <w:pPr>
        <w:spacing w:after="80"/>
      </w:pPr>
      <w:r>
        <w:rPr>
          <w:b/>
        </w:rPr>
        <w:t xml:space="preserve">CPF: </w:t>
      </w:r>
      <w:r>
        <w:t xml:space="preserve">_______________________   </w:t>
      </w:r>
      <w:r>
        <w:rPr>
          <w:b/>
        </w:rPr>
        <w:t xml:space="preserve">Telefone: </w:t>
      </w:r>
      <w:r>
        <w:t>_______________________</w:t>
      </w:r>
    </w:p>
    <w:p w14:paraId="21B47CD9" w14:textId="77777777" w:rsidR="001E4EE3" w:rsidRDefault="003B3775">
      <w:pPr>
        <w:spacing w:after="160"/>
      </w:pPr>
      <w:r>
        <w:rPr>
          <w:b/>
        </w:rPr>
        <w:t xml:space="preserve">E-mail: </w:t>
      </w:r>
      <w:r>
        <w:t>_________________________________________________________________________________</w:t>
      </w:r>
    </w:p>
    <w:p w14:paraId="24264582" w14:textId="77777777" w:rsidR="001E4EE3" w:rsidRDefault="003B3775">
      <w:pPr>
        <w:spacing w:after="80"/>
      </w:pPr>
      <w:r>
        <w:rPr>
          <w:b/>
        </w:rPr>
        <w:t>Linha de Pesquisa Escolhida:</w:t>
      </w:r>
    </w:p>
    <w:p w14:paraId="6B455A4D" w14:textId="77777777" w:rsidR="001E4EE3" w:rsidRDefault="003B3775">
      <w:pPr>
        <w:spacing w:after="40"/>
        <w:ind w:left="360"/>
      </w:pPr>
      <w:r>
        <w:t>[  ] Linha 1: Fisiopatologia e Reabilitação da Saúde</w:t>
      </w:r>
    </w:p>
    <w:p w14:paraId="5EA62026" w14:textId="77777777" w:rsidR="001E4EE3" w:rsidRDefault="003B3775">
      <w:pPr>
        <w:spacing w:after="160"/>
        <w:ind w:left="360"/>
      </w:pPr>
      <w:r>
        <w:t>[  ] Linha 2: Saúde Pública e Cuidados em Saúde</w:t>
      </w:r>
    </w:p>
    <w:p w14:paraId="262C4C77" w14:textId="77777777" w:rsidR="001E4EE3" w:rsidRDefault="003B3775">
      <w:pPr>
        <w:spacing w:after="80"/>
      </w:pPr>
      <w:r>
        <w:rPr>
          <w:b/>
        </w:rPr>
        <w:t>Modalidade de Concorrência:</w:t>
      </w:r>
    </w:p>
    <w:p w14:paraId="0C7E31F9" w14:textId="77777777" w:rsidR="001E4EE3" w:rsidRDefault="003B3775">
      <w:pPr>
        <w:spacing w:after="40"/>
        <w:ind w:left="360"/>
      </w:pPr>
      <w:r>
        <w:t>[  ] Ampla Concorrência (AC)</w:t>
      </w:r>
    </w:p>
    <w:p w14:paraId="604FCE89" w14:textId="77777777" w:rsidR="001E4EE3" w:rsidRDefault="003B3775">
      <w:pPr>
        <w:spacing w:after="240"/>
        <w:ind w:left="360"/>
      </w:pPr>
      <w:r>
        <w:t>[  ] Política de Ações Afirmativas (PAA – Cotas)</w:t>
      </w:r>
    </w:p>
    <w:p w14:paraId="70B336A2" w14:textId="77777777" w:rsidR="001E4EE3" w:rsidRPr="00844D70" w:rsidRDefault="003B3775">
      <w:pPr>
        <w:keepNext/>
        <w:spacing w:before="240" w:after="120"/>
      </w:pPr>
      <w:r w:rsidRPr="00844D70">
        <w:rPr>
          <w:rFonts w:ascii="Arial" w:hAnsi="Arial"/>
          <w:b/>
        </w:rPr>
        <w:t>2. OBJETO DO RECURSO</w:t>
      </w:r>
    </w:p>
    <w:p w14:paraId="2643CF07" w14:textId="77777777" w:rsidR="001E4EE3" w:rsidRPr="00844D70" w:rsidRDefault="003B3775">
      <w:pPr>
        <w:spacing w:after="120"/>
      </w:pPr>
      <w:r w:rsidRPr="00844D70">
        <w:t>Marque a etapa ou procedimento ao qual este recurso se refere:</w:t>
      </w:r>
    </w:p>
    <w:p w14:paraId="126A01DC" w14:textId="77777777" w:rsidR="001E4EE3" w:rsidRPr="00844D70" w:rsidRDefault="003B3775">
      <w:pPr>
        <w:spacing w:after="60"/>
        <w:ind w:left="360"/>
      </w:pPr>
      <w:r w:rsidRPr="00844D70">
        <w:t>[  ] Indeferimento de Inscrição / Pedido de Isenção da Taxa de Inscrição</w:t>
      </w:r>
    </w:p>
    <w:p w14:paraId="07D5FEE3" w14:textId="77777777" w:rsidR="001E4EE3" w:rsidRPr="00844D70" w:rsidRDefault="003B3775">
      <w:pPr>
        <w:spacing w:after="60"/>
        <w:ind w:left="360"/>
      </w:pPr>
      <w:r w:rsidRPr="00844D70">
        <w:t>[  ] 1ª Etapa: Prova Objetiva (Resultado ou Gabarito de Questão)</w:t>
      </w:r>
    </w:p>
    <w:p w14:paraId="379FF327" w14:textId="77777777" w:rsidR="001E4EE3" w:rsidRPr="00844D70" w:rsidRDefault="003B3775">
      <w:pPr>
        <w:spacing w:after="60"/>
        <w:ind w:left="360"/>
      </w:pPr>
      <w:r w:rsidRPr="00844D70">
        <w:t>[  ] 2ª Etapa: Avaliação do Projeto de Pesquisa e/ou Entrevista</w:t>
      </w:r>
    </w:p>
    <w:p w14:paraId="0E3FEAD9" w14:textId="77777777" w:rsidR="001E4EE3" w:rsidRPr="00844D70" w:rsidRDefault="003B3775">
      <w:pPr>
        <w:spacing w:after="60"/>
        <w:ind w:left="360"/>
        <w:rPr>
          <w:i/>
          <w:iCs/>
        </w:rPr>
      </w:pPr>
      <w:r w:rsidRPr="00844D70">
        <w:t xml:space="preserve">[  ] 3ª Etapa: Avaliação do </w:t>
      </w:r>
      <w:r w:rsidRPr="00844D70">
        <w:rPr>
          <w:i/>
          <w:iCs/>
        </w:rPr>
        <w:t>Curriculum Vitae</w:t>
      </w:r>
    </w:p>
    <w:p w14:paraId="45214BD7" w14:textId="77777777" w:rsidR="001E4EE3" w:rsidRPr="00844D70" w:rsidRDefault="003B3775">
      <w:pPr>
        <w:spacing w:after="60"/>
        <w:ind w:left="360"/>
      </w:pPr>
      <w:r w:rsidRPr="00844D70">
        <w:t>[  ] Resultado do Procedimento de Validação de Autodeclaração (PAA)</w:t>
      </w:r>
    </w:p>
    <w:p w14:paraId="29675C1C" w14:textId="77777777" w:rsidR="001E4EE3" w:rsidRPr="00844D70" w:rsidRDefault="003B3775">
      <w:pPr>
        <w:keepNext/>
        <w:spacing w:before="240" w:after="120"/>
      </w:pPr>
      <w:r w:rsidRPr="00844D70">
        <w:rPr>
          <w:rFonts w:ascii="Arial" w:hAnsi="Arial"/>
          <w:b/>
        </w:rPr>
        <w:t>3. JUSTIFICATIVA E ARGUMENTAÇÃO DO RECURSO</w:t>
      </w:r>
    </w:p>
    <w:p w14:paraId="7D457250" w14:textId="77777777" w:rsidR="001E4EE3" w:rsidRPr="00844D70" w:rsidRDefault="003B3775">
      <w:pPr>
        <w:spacing w:after="160"/>
      </w:pPr>
      <w:r w:rsidRPr="00844D70">
        <w:rPr>
          <w:i/>
          <w:sz w:val="19"/>
        </w:rPr>
        <w:t>(Apresente sua fundamentação de forma clara, objetiva e instruída com dados ou bibliografia pertinente, caso se refira a questões de prova. Se necessário, anexe folhas complementares).</w:t>
      </w:r>
    </w:p>
    <w:p w14:paraId="6C3F6697" w14:textId="2AFE9E5B" w:rsidR="001E4EE3" w:rsidRPr="00844D70" w:rsidRDefault="003B3775">
      <w:pPr>
        <w:spacing w:after="120"/>
      </w:pPr>
      <w:r w:rsidRPr="00844D70">
        <w:t>_________________________________________________________________________________</w:t>
      </w:r>
      <w:r w:rsidR="00844D70" w:rsidRPr="00844D70">
        <w:t>_________________________________</w:t>
      </w:r>
    </w:p>
    <w:p w14:paraId="574F8EB0" w14:textId="2432B836" w:rsidR="001E4EE3" w:rsidRPr="00844D70" w:rsidRDefault="003B3775">
      <w:pPr>
        <w:spacing w:after="120"/>
      </w:pPr>
      <w:r w:rsidRPr="00844D70">
        <w:t>________________________________</w:t>
      </w:r>
      <w:r w:rsidR="00844D70" w:rsidRPr="00844D70">
        <w:t>_________________________________</w:t>
      </w:r>
      <w:r w:rsidRPr="00844D70">
        <w:t>_________________________________________________</w:t>
      </w:r>
    </w:p>
    <w:p w14:paraId="2221DC11" w14:textId="3B8141E3" w:rsidR="001E4EE3" w:rsidRPr="00844D70" w:rsidRDefault="003B3775">
      <w:pPr>
        <w:spacing w:after="120"/>
      </w:pPr>
      <w:r w:rsidRPr="00844D70">
        <w:t>_____</w:t>
      </w:r>
      <w:r w:rsidR="00844D70" w:rsidRPr="00844D70">
        <w:t>_________________________________</w:t>
      </w:r>
      <w:r w:rsidRPr="00844D70">
        <w:t>____________________________________________________________________________</w:t>
      </w:r>
    </w:p>
    <w:p w14:paraId="080441C2" w14:textId="684FF477" w:rsidR="001E4EE3" w:rsidRPr="00844D70" w:rsidRDefault="003B3775">
      <w:pPr>
        <w:spacing w:after="120"/>
      </w:pPr>
      <w:r w:rsidRPr="00844D70">
        <w:t>__________</w:t>
      </w:r>
      <w:r w:rsidR="00844D70" w:rsidRPr="00844D70">
        <w:t>_________________________________</w:t>
      </w:r>
      <w:r w:rsidRPr="00844D70">
        <w:t>_______________________________________________________________________</w:t>
      </w:r>
    </w:p>
    <w:p w14:paraId="265B7131" w14:textId="6F381B2A" w:rsidR="001E4EE3" w:rsidRPr="00844D70" w:rsidRDefault="003B3775">
      <w:pPr>
        <w:spacing w:after="120"/>
      </w:pPr>
      <w:r w:rsidRPr="00844D70">
        <w:t>__________________</w:t>
      </w:r>
      <w:r w:rsidR="00844D70" w:rsidRPr="00844D70">
        <w:t>_________________________________</w:t>
      </w:r>
      <w:r w:rsidRPr="00844D70">
        <w:t>_______________________________________________________________</w:t>
      </w:r>
    </w:p>
    <w:p w14:paraId="1D1223BE" w14:textId="77777777" w:rsidR="001E4EE3" w:rsidRDefault="003B3775">
      <w:pPr>
        <w:spacing w:after="120"/>
      </w:pPr>
      <w:r>
        <w:lastRenderedPageBreak/>
        <w:t>_________________________________________________________________________________</w:t>
      </w:r>
    </w:p>
    <w:p w14:paraId="5BF1F9AD" w14:textId="77777777" w:rsidR="001E4EE3" w:rsidRDefault="003B3775">
      <w:pPr>
        <w:spacing w:after="120"/>
      </w:pPr>
      <w:r>
        <w:t>_________________________________________________________________________________</w:t>
      </w:r>
    </w:p>
    <w:p w14:paraId="6D0450E4" w14:textId="77777777" w:rsidR="001E4EE3" w:rsidRPr="00844D70" w:rsidRDefault="003B3775">
      <w:pPr>
        <w:keepNext/>
        <w:spacing w:before="240" w:after="120"/>
      </w:pPr>
      <w:r w:rsidRPr="00844D70">
        <w:rPr>
          <w:rFonts w:ascii="Arial" w:hAnsi="Arial"/>
          <w:b/>
        </w:rPr>
        <w:t>4. PEDIDO</w:t>
      </w:r>
    </w:p>
    <w:p w14:paraId="59A01C02" w14:textId="77777777" w:rsidR="001E4EE3" w:rsidRPr="00844D70" w:rsidRDefault="003B3775">
      <w:pPr>
        <w:spacing w:after="120"/>
      </w:pPr>
      <w:r w:rsidRPr="00844D70">
        <w:t>Diante do exposto, solicito à comissão responsável a revisão da decisão relativa a:</w:t>
      </w:r>
    </w:p>
    <w:p w14:paraId="6E5F6931" w14:textId="736017C1" w:rsidR="001E4EE3" w:rsidRPr="00844D70" w:rsidRDefault="003B3775">
      <w:pPr>
        <w:spacing w:after="120"/>
      </w:pPr>
      <w:r w:rsidRPr="00844D70">
        <w:t>________________________________________________</w:t>
      </w:r>
      <w:r w:rsidR="00844D70">
        <w:t>_________________________________</w:t>
      </w:r>
      <w:r w:rsidRPr="00844D70">
        <w:t>_________________________________</w:t>
      </w:r>
    </w:p>
    <w:p w14:paraId="5D536F4A" w14:textId="3D1AA90A" w:rsidR="001E4EE3" w:rsidRPr="00844D70" w:rsidRDefault="003B3775">
      <w:pPr>
        <w:spacing w:after="120"/>
      </w:pPr>
      <w:r w:rsidRPr="00844D70">
        <w:t>_________________________</w:t>
      </w:r>
      <w:r w:rsidR="00844D70">
        <w:t>_________________________________</w:t>
      </w:r>
      <w:r w:rsidRPr="00844D70">
        <w:t>________________________________________________________</w:t>
      </w:r>
    </w:p>
    <w:p w14:paraId="3FCECF60" w14:textId="77777777" w:rsidR="00844D70" w:rsidRDefault="00844D70">
      <w:pPr>
        <w:spacing w:before="360" w:after="480"/>
        <w:jc w:val="right"/>
      </w:pPr>
    </w:p>
    <w:p w14:paraId="3856A616" w14:textId="77777777" w:rsidR="00844D70" w:rsidRDefault="00844D70">
      <w:pPr>
        <w:spacing w:before="360" w:after="480"/>
        <w:jc w:val="right"/>
      </w:pPr>
    </w:p>
    <w:p w14:paraId="64E158B3" w14:textId="7BF670E9" w:rsidR="001E4EE3" w:rsidRDefault="003B3775">
      <w:pPr>
        <w:spacing w:before="360" w:after="480"/>
        <w:jc w:val="right"/>
      </w:pPr>
      <w:r>
        <w:t>Viçosa - MG, _____ de ______________________ de 2026.</w:t>
      </w:r>
    </w:p>
    <w:p w14:paraId="0492861B" w14:textId="042F63D9" w:rsidR="00844D70" w:rsidRDefault="00844D70">
      <w:pPr>
        <w:spacing w:before="360" w:after="480"/>
        <w:jc w:val="right"/>
      </w:pPr>
    </w:p>
    <w:p w14:paraId="29162B7D" w14:textId="528F21F7" w:rsidR="00844D70" w:rsidRDefault="00844D70">
      <w:pPr>
        <w:spacing w:before="360" w:after="480"/>
        <w:jc w:val="right"/>
      </w:pPr>
    </w:p>
    <w:p w14:paraId="5816EC7A" w14:textId="77777777" w:rsidR="00844D70" w:rsidRDefault="00844D70">
      <w:pPr>
        <w:spacing w:before="360" w:after="480"/>
        <w:jc w:val="right"/>
      </w:pPr>
    </w:p>
    <w:p w14:paraId="3414BDAB" w14:textId="62B74ACE" w:rsidR="001E4EE3" w:rsidRDefault="003B3775" w:rsidP="00844D70">
      <w:pPr>
        <w:keepNext/>
        <w:spacing w:after="360"/>
        <w:jc w:val="center"/>
      </w:pPr>
      <w:r>
        <w:t>___</w:t>
      </w:r>
      <w:r w:rsidR="00844D70">
        <w:t>______________</w:t>
      </w:r>
      <w:r>
        <w:t>_______________________________________________</w:t>
      </w:r>
      <w:r>
        <w:br/>
      </w:r>
      <w:r>
        <w:rPr>
          <w:b/>
        </w:rPr>
        <w:t xml:space="preserve">Assinatura do(a) Candidato(a)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30"/>
      </w:tblGrid>
      <w:tr w:rsidR="001E4EE3" w14:paraId="46A8208F" w14:textId="77777777">
        <w:trPr>
          <w:jc w:val="center"/>
        </w:trPr>
        <w:tc>
          <w:tcPr>
            <w:tcW w:w="9360" w:type="dxa"/>
            <w:tcBorders>
              <w:left w:val="single" w:sz="24" w:space="0" w:color="1B365D"/>
            </w:tcBorders>
            <w:shd w:val="clear" w:color="auto" w:fill="F2F4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ABD1F84" w14:textId="77777777" w:rsidR="001E4EE3" w:rsidRDefault="003B3775">
            <w:pPr>
              <w:spacing w:after="80"/>
            </w:pPr>
            <w:r>
              <w:rPr>
                <w:rFonts w:ascii="Arial" w:hAnsi="Arial"/>
                <w:b/>
                <w:color w:val="1B365D"/>
                <w:sz w:val="21"/>
              </w:rPr>
              <w:t>INSTRUÇÕES IMPORTANTES PARA O ENVIO:</w:t>
            </w:r>
          </w:p>
          <w:p w14:paraId="646ECEFC" w14:textId="43E14DAF" w:rsidR="001E4EE3" w:rsidRDefault="003B3775">
            <w:pPr>
              <w:spacing w:before="40" w:after="40"/>
            </w:pPr>
            <w:r>
              <w:rPr>
                <w:rFonts w:ascii="Arial" w:hAnsi="Arial"/>
                <w:color w:val="333333"/>
                <w:sz w:val="19"/>
              </w:rPr>
              <w:t>1. Prazo: O recurso deve ser interposto no prazo impreterível de 48 (quarenta e oito) horas</w:t>
            </w:r>
            <w:r w:rsidR="00844D70">
              <w:rPr>
                <w:rFonts w:ascii="Arial" w:hAnsi="Arial"/>
                <w:color w:val="333333"/>
                <w:sz w:val="19"/>
              </w:rPr>
              <w:t xml:space="preserve"> úteis</w:t>
            </w:r>
            <w:r>
              <w:rPr>
                <w:rFonts w:ascii="Arial" w:hAnsi="Arial"/>
                <w:color w:val="333333"/>
                <w:sz w:val="19"/>
              </w:rPr>
              <w:t xml:space="preserve"> a contar da divulgação do resultado da respectiva etapa.</w:t>
            </w:r>
          </w:p>
          <w:p w14:paraId="0A07970E" w14:textId="77777777" w:rsidR="001E4EE3" w:rsidRDefault="003B3775">
            <w:pPr>
              <w:spacing w:before="40" w:after="40"/>
            </w:pPr>
            <w:r>
              <w:rPr>
                <w:rFonts w:ascii="Arial" w:hAnsi="Arial"/>
                <w:color w:val="333333"/>
                <w:sz w:val="19"/>
              </w:rPr>
              <w:t>2. Formato: Este formulário deve ser preenchido, assinado, digitalizado em formato PDF e enviado para o e-mail oficial: cienciasdasaude@ufv.br.</w:t>
            </w:r>
          </w:p>
          <w:p w14:paraId="603AB113" w14:textId="582D03B5" w:rsidR="001E4EE3" w:rsidRDefault="003B3775">
            <w:pPr>
              <w:spacing w:before="40" w:after="40"/>
            </w:pPr>
            <w:r>
              <w:rPr>
                <w:rFonts w:ascii="Arial" w:hAnsi="Arial"/>
                <w:color w:val="333333"/>
                <w:sz w:val="19"/>
              </w:rPr>
              <w:t xml:space="preserve">3. Assunto do </w:t>
            </w:r>
            <w:r w:rsidR="00844D70">
              <w:rPr>
                <w:rFonts w:ascii="Arial" w:hAnsi="Arial"/>
                <w:color w:val="333333"/>
                <w:sz w:val="19"/>
              </w:rPr>
              <w:t>e</w:t>
            </w:r>
            <w:r>
              <w:rPr>
                <w:rFonts w:ascii="Arial" w:hAnsi="Arial"/>
                <w:color w:val="333333"/>
                <w:sz w:val="19"/>
              </w:rPr>
              <w:t>-mail: Utilizar o padrão "RECURSO - EDITAL 02/2026 - [NOME DO CANDIDATO]".</w:t>
            </w:r>
          </w:p>
        </w:tc>
      </w:tr>
    </w:tbl>
    <w:p w14:paraId="3AF5F50D" w14:textId="77777777" w:rsidR="003B3775" w:rsidRDefault="003B3775"/>
    <w:sectPr w:rsidR="003B3775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4EE3"/>
    <w:rsid w:val="0029639D"/>
    <w:rsid w:val="00326F90"/>
    <w:rsid w:val="003B3775"/>
    <w:rsid w:val="00844D70"/>
    <w:rsid w:val="00AA1D8D"/>
    <w:rsid w:val="00B47730"/>
    <w:rsid w:val="00CB0664"/>
    <w:rsid w:val="00E92935"/>
    <w:rsid w:val="00F0103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6CE31F"/>
  <w14:defaultImageDpi w14:val="300"/>
  <w15:docId w15:val="{525E14DF-0004-4F8E-BC43-4413F0BE3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LinkdaInternet">
    <w:name w:val="Link da Internet"/>
    <w:basedOn w:val="Fontepargpadro"/>
    <w:unhideWhenUsed/>
    <w:rsid w:val="00844D70"/>
    <w:rPr>
      <w:color w:val="0000FF" w:themeColor="hyperlink"/>
      <w:u w:val="single"/>
    </w:rPr>
  </w:style>
  <w:style w:type="paragraph" w:customStyle="1" w:styleId="LO-normal">
    <w:name w:val="LO-normal"/>
    <w:qFormat/>
    <w:rsid w:val="00844D70"/>
    <w:pPr>
      <w:widowControl w:val="0"/>
      <w:suppressAutoHyphens/>
      <w:spacing w:after="0" w:line="240" w:lineRule="auto"/>
    </w:pPr>
    <w:rPr>
      <w:rFonts w:ascii="Times New Roman" w:eastAsia="NSimSun" w:hAnsi="Times New Roman" w:cs="Arial"/>
      <w:lang w:val="pt-P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cienciasdasaude@ufv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502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Usuario</cp:lastModifiedBy>
  <cp:revision>4</cp:revision>
  <dcterms:created xsi:type="dcterms:W3CDTF">2026-09-17T19:43:00Z</dcterms:created>
  <dcterms:modified xsi:type="dcterms:W3CDTF">2026-09-24T18:58:00Z</dcterms:modified>
  <cp:category/>
</cp:coreProperties>
</file>